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Wohnungsübergabeprotokoll</w:t>
      </w:r>
    </w:p>
    <w:p>
      <w:pPr>
        <w:spacing w:before="0" w:after="80"/>
      </w:pPr>
      <w:r>
        <w:rPr>
          <w:b w:val="0"/>
          <w:color w:val="555555"/>
          <w:sz w:val="15"/>
        </w:rPr>
        <w:t>Leere Vorlage von moersbergerit.de/wohnungsuebergabeprotokoll-vorlage/ · Stand 30.09.2026 · zum Ausdrucken oder Ausfüllen am Computer</w:t>
      </w:r>
    </w:p>
    <w:p>
      <w:pPr>
        <w:pStyle w:val="Heading2"/>
      </w:pPr>
      <w:r>
        <w:t>1. Anlass und Wohnung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4"/>
      </w:tblGrid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Art der Übergabe</w:t>
            </w:r>
          </w:p>
        </w:tc>
        <w:tc>
          <w:tcPr>
            <w:tcW w:type="dxa" w:w="6803"/>
          </w:tcPr>
          <w:p>
            <w:pPr>
              <w:spacing w:after="0"/>
            </w:pPr>
            <w:r>
              <w:t>☐ Einzug     ☐ Auszug     ☐ Vorabnahme</w:t>
            </w:r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Datum / Uhrzeit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Anschrift der Wohnung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Lage (Etage, Wohnungs-Nr.)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Mitvermietet (Keller, Stellplatz …)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</w:tbl>
    <w:p>
      <w:pPr>
        <w:pStyle w:val="Heading2"/>
      </w:pPr>
      <w:r>
        <w:t>2. Beteiligte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3685"/>
        <w:gridCol w:w="4252"/>
      </w:tblGrid>
      <w:tr>
        <w:trPr>
          <w:trHeight w:val="340" w:hRule="atLeast"/>
          <w:cantSplit/>
          <w:tblHeader/>
        </w:trPr>
        <w:tc>
          <w:tcPr>
            <w:tcW w:type="dxa" w:w="2268"/>
            <w:shd w:val="clear" w:color="auto" w:fill="E8E8E8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3685"/>
            <w:shd w:val="clear" w:color="auto" w:fill="E8E8E8"/>
          </w:tcPr>
          <w:p>
            <w:pPr>
              <w:spacing w:after="0"/>
            </w:pPr>
            <w:r>
              <w:rPr>
                <w:b/>
              </w:rPr>
              <w:t>Name</w:t>
            </w:r>
          </w:p>
        </w:tc>
        <w:tc>
          <w:tcPr>
            <w:tcW w:type="dxa" w:w="4252"/>
            <w:shd w:val="clear" w:color="auto" w:fill="E8E8E8"/>
          </w:tcPr>
          <w:p>
            <w:pPr>
              <w:spacing w:after="0"/>
            </w:pPr>
            <w:r>
              <w:rPr>
                <w:b/>
              </w:rPr>
              <w:t>Neue Anschrift / Telefon</w:t>
            </w:r>
          </w:p>
        </w:tc>
      </w:tr>
      <w:tr>
        <w:trPr>
          <w:trHeight w:val="397" w:hRule="atLeast"/>
          <w:cantSplit/>
        </w:trPr>
        <w:tc>
          <w:tcPr>
            <w:tcW w:type="dxa" w:w="2268"/>
          </w:tcPr>
          <w:p>
            <w:pPr>
              <w:spacing w:after="0"/>
            </w:pPr>
            <w:r>
              <w:t>Vermieter/in</w:t>
            </w:r>
          </w:p>
        </w:tc>
        <w:tc>
          <w:tcPr>
            <w:tcW w:type="dxa" w:w="3685"/>
          </w:tcPr>
          <w:p>
            <w:pPr>
              <w:spacing w:after="0"/>
            </w:pPr>
            <w:r/>
          </w:p>
        </w:tc>
        <w:tc>
          <w:tcPr>
            <w:tcW w:type="dxa" w:w="4252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2268"/>
          </w:tcPr>
          <w:p>
            <w:pPr>
              <w:spacing w:after="0"/>
            </w:pPr>
            <w:r>
              <w:t>Mieter/in</w:t>
            </w:r>
          </w:p>
        </w:tc>
        <w:tc>
          <w:tcPr>
            <w:tcW w:type="dxa" w:w="3685"/>
          </w:tcPr>
          <w:p>
            <w:pPr>
              <w:spacing w:after="0"/>
            </w:pPr>
            <w:r/>
          </w:p>
        </w:tc>
        <w:tc>
          <w:tcPr>
            <w:tcW w:type="dxa" w:w="4252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2268"/>
          </w:tcPr>
          <w:p>
            <w:pPr>
              <w:spacing w:after="0"/>
            </w:pPr>
            <w:r>
              <w:t>Zeuge / Zeugin</w:t>
            </w:r>
          </w:p>
        </w:tc>
        <w:tc>
          <w:tcPr>
            <w:tcW w:type="dxa" w:w="3685"/>
          </w:tcPr>
          <w:p>
            <w:pPr>
              <w:spacing w:after="0"/>
            </w:pPr>
            <w:r/>
          </w:p>
        </w:tc>
        <w:tc>
          <w:tcPr>
            <w:tcW w:type="dxa" w:w="4252"/>
          </w:tcPr>
          <w:p>
            <w:pPr>
              <w:spacing w:after="0"/>
            </w:pPr>
            <w:r/>
          </w:p>
        </w:tc>
      </w:tr>
    </w:tbl>
    <w:p>
      <w:pPr>
        <w:pStyle w:val="Heading2"/>
      </w:pPr>
      <w:r>
        <w:t>3. Zählerstände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340" w:hRule="atLeast"/>
          <w:cantSplit/>
          <w:tblHeader/>
        </w:trPr>
        <w:tc>
          <w:tcPr>
            <w:tcW w:type="dxa" w:w="3402"/>
            <w:shd w:val="clear" w:color="auto" w:fill="E8E8E8"/>
          </w:tcPr>
          <w:p>
            <w:pPr>
              <w:spacing w:after="0"/>
            </w:pPr>
            <w:r>
              <w:rPr>
                <w:b/>
              </w:rPr>
              <w:t>Zähler</w:t>
            </w:r>
          </w:p>
        </w:tc>
        <w:tc>
          <w:tcPr>
            <w:tcW w:type="dxa" w:w="3402"/>
            <w:shd w:val="clear" w:color="auto" w:fill="E8E8E8"/>
          </w:tcPr>
          <w:p>
            <w:pPr>
              <w:spacing w:after="0"/>
            </w:pPr>
            <w:r>
              <w:rPr>
                <w:b/>
              </w:rPr>
              <w:t>Zählernummer</w:t>
            </w:r>
          </w:p>
        </w:tc>
        <w:tc>
          <w:tcPr>
            <w:tcW w:type="dxa" w:w="3402"/>
            <w:shd w:val="clear" w:color="auto" w:fill="E8E8E8"/>
          </w:tcPr>
          <w:p>
            <w:pPr>
              <w:spacing w:after="0"/>
            </w:pPr>
            <w:r>
              <w:rPr>
                <w:b/>
              </w:rPr>
              <w:t>Stand</w:t>
            </w:r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Strom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Gas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Wasser kalt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Wasser warm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Heizung / Wärmemengenzähler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Heizkostenverteiler (Raum)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</w:tr>
    </w:tbl>
    <w:p>
      <w:pPr>
        <w:pStyle w:val="Heading2"/>
      </w:pPr>
      <w:r>
        <w:t>4. Schlüssel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1417"/>
        <w:gridCol w:w="5386"/>
      </w:tblGrid>
      <w:tr>
        <w:trPr>
          <w:trHeight w:val="340" w:hRule="atLeast"/>
          <w:cantSplit/>
          <w:tblHeader/>
        </w:trPr>
        <w:tc>
          <w:tcPr>
            <w:tcW w:type="dxa" w:w="3402"/>
            <w:shd w:val="clear" w:color="auto" w:fill="E8E8E8"/>
          </w:tcPr>
          <w:p>
            <w:pPr>
              <w:spacing w:after="0"/>
            </w:pPr>
            <w:r>
              <w:rPr>
                <w:b/>
              </w:rPr>
              <w:t>Schlüssel</w:t>
            </w:r>
          </w:p>
        </w:tc>
        <w:tc>
          <w:tcPr>
            <w:tcW w:type="dxa" w:w="1417"/>
            <w:shd w:val="clear" w:color="auto" w:fill="E8E8E8"/>
          </w:tcPr>
          <w:p>
            <w:pPr>
              <w:spacing w:after="0"/>
            </w:pPr>
            <w:r>
              <w:rPr>
                <w:b/>
              </w:rPr>
              <w:t>Anzahl</w:t>
            </w:r>
          </w:p>
        </w:tc>
        <w:tc>
          <w:tcPr>
            <w:tcW w:type="dxa" w:w="5386"/>
            <w:shd w:val="clear" w:color="auto" w:fill="E8E8E8"/>
          </w:tcPr>
          <w:p>
            <w:pPr>
              <w:spacing w:after="0"/>
            </w:pPr>
            <w:r>
              <w:rPr>
                <w:b/>
              </w:rPr>
              <w:t>Bemerkung (Nummer, Transponder)</w:t>
            </w:r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Haustür</w:t>
            </w:r>
          </w:p>
        </w:tc>
        <w:tc>
          <w:tcPr>
            <w:tcW w:type="dxa" w:w="1417"/>
          </w:tcPr>
          <w:p>
            <w:pPr>
              <w:spacing w:after="0"/>
            </w:pPr>
            <w:r/>
          </w:p>
        </w:tc>
        <w:tc>
          <w:tcPr>
            <w:tcW w:type="dxa" w:w="5386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Wohnungstür</w:t>
            </w:r>
          </w:p>
        </w:tc>
        <w:tc>
          <w:tcPr>
            <w:tcW w:type="dxa" w:w="1417"/>
          </w:tcPr>
          <w:p>
            <w:pPr>
              <w:spacing w:after="0"/>
            </w:pPr>
            <w:r/>
          </w:p>
        </w:tc>
        <w:tc>
          <w:tcPr>
            <w:tcW w:type="dxa" w:w="5386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Briefkasten</w:t>
            </w:r>
          </w:p>
        </w:tc>
        <w:tc>
          <w:tcPr>
            <w:tcW w:type="dxa" w:w="1417"/>
          </w:tcPr>
          <w:p>
            <w:pPr>
              <w:spacing w:after="0"/>
            </w:pPr>
            <w:r/>
          </w:p>
        </w:tc>
        <w:tc>
          <w:tcPr>
            <w:tcW w:type="dxa" w:w="5386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Keller / Dachboden</w:t>
            </w:r>
          </w:p>
        </w:tc>
        <w:tc>
          <w:tcPr>
            <w:tcW w:type="dxa" w:w="1417"/>
          </w:tcPr>
          <w:p>
            <w:pPr>
              <w:spacing w:after="0"/>
            </w:pPr>
            <w:r/>
          </w:p>
        </w:tc>
        <w:tc>
          <w:tcPr>
            <w:tcW w:type="dxa" w:w="5386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Garage / Stellplatz</w:t>
            </w:r>
          </w:p>
        </w:tc>
        <w:tc>
          <w:tcPr>
            <w:tcW w:type="dxa" w:w="1417"/>
          </w:tcPr>
          <w:p>
            <w:pPr>
              <w:spacing w:after="0"/>
            </w:pPr>
            <w:r/>
          </w:p>
        </w:tc>
        <w:tc>
          <w:tcPr>
            <w:tcW w:type="dxa" w:w="5386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Sonstige</w:t>
            </w:r>
          </w:p>
        </w:tc>
        <w:tc>
          <w:tcPr>
            <w:tcW w:type="dxa" w:w="1417"/>
          </w:tcPr>
          <w:p>
            <w:pPr>
              <w:spacing w:after="0"/>
            </w:pPr>
            <w:r/>
          </w:p>
        </w:tc>
        <w:tc>
          <w:tcPr>
            <w:tcW w:type="dxa" w:w="5386"/>
          </w:tcPr>
          <w:p>
            <w:pPr>
              <w:spacing w:after="0"/>
            </w:pPr>
            <w:r/>
          </w:p>
        </w:tc>
      </w:tr>
    </w:tbl>
    <w:p>
      <w:pPr>
        <w:pStyle w:val="Heading2"/>
      </w:pPr>
      <w:r>
        <w:t>5. Räume und Zustand</w:t>
      </w:r>
    </w:p>
    <w:p>
      <w:pPr>
        <w:spacing w:before="0" w:after="40"/>
      </w:pPr>
      <w:r>
        <w:rPr>
          <w:b w:val="0"/>
          <w:color w:val="555555"/>
          <w:sz w:val="15"/>
        </w:rPr>
        <w:t>Je Raum Wände, Decke, Boden, Fenster, Türen, Heizkörper, Steckdosen und Schalter prüfen. Mängel genau beschreiben (Ort, Größe) und Fotos mit Datum anlegen.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54"/>
        <w:gridCol w:w="1701"/>
        <w:gridCol w:w="6350"/>
      </w:tblGrid>
      <w:tr>
        <w:trPr>
          <w:trHeight w:val="340" w:hRule="atLeast"/>
          <w:cantSplit/>
          <w:tblHeader/>
        </w:trPr>
        <w:tc>
          <w:tcPr>
            <w:tcW w:type="dxa" w:w="2154"/>
            <w:shd w:val="clear" w:color="auto" w:fill="E8E8E8"/>
          </w:tcPr>
          <w:p>
            <w:pPr>
              <w:spacing w:after="0"/>
            </w:pPr>
            <w:r>
              <w:rPr>
                <w:b/>
              </w:rPr>
              <w:t>Raum</w:t>
            </w:r>
          </w:p>
        </w:tc>
        <w:tc>
          <w:tcPr>
            <w:tcW w:type="dxa" w:w="1701"/>
            <w:shd w:val="clear" w:color="auto" w:fill="E8E8E8"/>
          </w:tcPr>
          <w:p>
            <w:pPr>
              <w:spacing w:after="0"/>
            </w:pPr>
            <w:r>
              <w:rPr>
                <w:b/>
              </w:rPr>
              <w:t>Zustand</w:t>
            </w:r>
          </w:p>
        </w:tc>
        <w:tc>
          <w:tcPr>
            <w:tcW w:type="dxa" w:w="6350"/>
            <w:shd w:val="clear" w:color="auto" w:fill="E8E8E8"/>
          </w:tcPr>
          <w:p>
            <w:pPr>
              <w:spacing w:after="0"/>
            </w:pPr>
            <w:r>
              <w:rPr>
                <w:b/>
              </w:rPr>
              <w:t>Mängel / Bemerkungen (Foto-Nr.)</w:t>
            </w:r>
          </w:p>
        </w:tc>
      </w:tr>
      <w:tr>
        <w:trPr>
          <w:trHeight w:val="737" w:hRule="atLeast"/>
          <w:cantSplit/>
        </w:trPr>
        <w:tc>
          <w:tcPr>
            <w:tcW w:type="dxa" w:w="2154"/>
          </w:tcPr>
          <w:p>
            <w:pPr>
              <w:spacing w:after="0"/>
            </w:pPr>
            <w:r>
              <w:t>Flur / Diele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t>☐ in Ordnung</w:t>
              <w:br/>
              <w:t>☐ Mängel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</w:p>
        </w:tc>
      </w:tr>
      <w:tr>
        <w:trPr>
          <w:trHeight w:val="737" w:hRule="atLeast"/>
          <w:cantSplit/>
        </w:trPr>
        <w:tc>
          <w:tcPr>
            <w:tcW w:type="dxa" w:w="2154"/>
          </w:tcPr>
          <w:p>
            <w:pPr>
              <w:spacing w:after="0"/>
            </w:pPr>
            <w:r>
              <w:t>Wohnzimmer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t>☐ in Ordnung</w:t>
              <w:br/>
              <w:t>☐ Mängel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</w:p>
        </w:tc>
      </w:tr>
      <w:tr>
        <w:trPr>
          <w:trHeight w:val="737" w:hRule="atLeast"/>
          <w:cantSplit/>
        </w:trPr>
        <w:tc>
          <w:tcPr>
            <w:tcW w:type="dxa" w:w="2154"/>
          </w:tcPr>
          <w:p>
            <w:pPr>
              <w:spacing w:after="0"/>
            </w:pPr>
            <w:r>
              <w:t>Schlafzimmer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t>☐ in Ordnung</w:t>
              <w:br/>
              <w:t>☐ Mängel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</w:p>
        </w:tc>
      </w:tr>
      <w:tr>
        <w:trPr>
          <w:trHeight w:val="737" w:hRule="atLeast"/>
          <w:cantSplit/>
        </w:trPr>
        <w:tc>
          <w:tcPr>
            <w:tcW w:type="dxa" w:w="2154"/>
          </w:tcPr>
          <w:p>
            <w:pPr>
              <w:spacing w:after="0"/>
            </w:pPr>
            <w:r>
              <w:t>Kinder-/Arbeitszimmer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t>☐ in Ordnung</w:t>
              <w:br/>
              <w:t>☐ Mängel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</w:p>
        </w:tc>
      </w:tr>
      <w:tr>
        <w:trPr>
          <w:trHeight w:val="737" w:hRule="atLeast"/>
          <w:cantSplit/>
        </w:trPr>
        <w:tc>
          <w:tcPr>
            <w:tcW w:type="dxa" w:w="2154"/>
          </w:tcPr>
          <w:p>
            <w:pPr>
              <w:spacing w:after="0"/>
            </w:pPr>
            <w:r>
              <w:t>Küche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t>☐ in Ordnung</w:t>
              <w:br/>
              <w:t>☐ Mängel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</w:p>
        </w:tc>
      </w:tr>
      <w:tr>
        <w:trPr>
          <w:trHeight w:val="737" w:hRule="atLeast"/>
          <w:cantSplit/>
        </w:trPr>
        <w:tc>
          <w:tcPr>
            <w:tcW w:type="dxa" w:w="2154"/>
          </w:tcPr>
          <w:p>
            <w:pPr>
              <w:spacing w:after="0"/>
            </w:pPr>
            <w:r>
              <w:t>Bad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t>☐ in Ordnung</w:t>
              <w:br/>
              <w:t>☐ Mängel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</w:p>
        </w:tc>
      </w:tr>
      <w:tr>
        <w:trPr>
          <w:trHeight w:val="737" w:hRule="atLeast"/>
          <w:cantSplit/>
        </w:trPr>
        <w:tc>
          <w:tcPr>
            <w:tcW w:type="dxa" w:w="2154"/>
          </w:tcPr>
          <w:p>
            <w:pPr>
              <w:spacing w:after="0"/>
            </w:pPr>
            <w:r>
              <w:t>Gäste-WC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t>☐ in Ordnung</w:t>
              <w:br/>
              <w:t>☐ Mängel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</w:p>
        </w:tc>
      </w:tr>
      <w:tr>
        <w:trPr>
          <w:trHeight w:val="737" w:hRule="atLeast"/>
          <w:cantSplit/>
        </w:trPr>
        <w:tc>
          <w:tcPr>
            <w:tcW w:type="dxa" w:w="2154"/>
          </w:tcPr>
          <w:p>
            <w:pPr>
              <w:spacing w:after="0"/>
            </w:pPr>
            <w:r>
              <w:t>Balkon / Terrasse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t>☐ in Ordnung</w:t>
              <w:br/>
              <w:t>☐ Mängel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</w:p>
        </w:tc>
      </w:tr>
      <w:tr>
        <w:trPr>
          <w:trHeight w:val="737" w:hRule="atLeast"/>
          <w:cantSplit/>
        </w:trPr>
        <w:tc>
          <w:tcPr>
            <w:tcW w:type="dxa" w:w="2154"/>
          </w:tcPr>
          <w:p>
            <w:pPr>
              <w:spacing w:after="0"/>
            </w:pPr>
            <w:r>
              <w:t>Keller / Abstellraum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t>☐ in Ordnung</w:t>
              <w:br/>
              <w:t>☐ Mängel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</w:p>
        </w:tc>
      </w:tr>
      <w:tr>
        <w:trPr>
          <w:trHeight w:val="737" w:hRule="atLeast"/>
          <w:cantSplit/>
        </w:trPr>
        <w:tc>
          <w:tcPr>
            <w:tcW w:type="dxa" w:w="2154"/>
          </w:tcPr>
          <w:p>
            <w:pPr>
              <w:spacing w:after="0"/>
            </w:pPr>
            <w:r/>
          </w:p>
        </w:tc>
        <w:tc>
          <w:tcPr>
            <w:tcW w:type="dxa" w:w="1701"/>
          </w:tcPr>
          <w:p>
            <w:pPr>
              <w:spacing w:after="0"/>
            </w:pPr>
            <w:r>
              <w:t>☐ in Ordnung</w:t>
              <w:br/>
              <w:t>☐ Mängel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</w:p>
        </w:tc>
      </w:tr>
    </w:tbl>
    <w:p>
      <w:pPr>
        <w:pStyle w:val="Heading2"/>
      </w:pPr>
      <w:r>
        <w:t>6. Einbauten und Geräte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1984"/>
        <w:gridCol w:w="4819"/>
      </w:tblGrid>
      <w:tr>
        <w:trPr>
          <w:trHeight w:val="340" w:hRule="atLeast"/>
          <w:cantSplit/>
          <w:tblHeader/>
        </w:trPr>
        <w:tc>
          <w:tcPr>
            <w:tcW w:type="dxa" w:w="3402"/>
            <w:shd w:val="clear" w:color="auto" w:fill="E8E8E8"/>
          </w:tcPr>
          <w:p>
            <w:pPr>
              <w:spacing w:after="0"/>
            </w:pPr>
            <w:r>
              <w:rPr>
                <w:b/>
              </w:rPr>
              <w:t>Gegenstand</w:t>
            </w:r>
          </w:p>
        </w:tc>
        <w:tc>
          <w:tcPr>
            <w:tcW w:type="dxa" w:w="1984"/>
            <w:shd w:val="clear" w:color="auto" w:fill="E8E8E8"/>
          </w:tcPr>
          <w:p>
            <w:pPr>
              <w:spacing w:after="0"/>
            </w:pPr>
            <w:r>
              <w:rPr>
                <w:b/>
              </w:rPr>
              <w:t>Zustand</w:t>
            </w:r>
          </w:p>
        </w:tc>
        <w:tc>
          <w:tcPr>
            <w:tcW w:type="dxa" w:w="4819"/>
            <w:shd w:val="clear" w:color="auto" w:fill="E8E8E8"/>
          </w:tcPr>
          <w:p>
            <w:pPr>
              <w:spacing w:after="0"/>
            </w:pPr>
            <w:r>
              <w:rPr>
                <w:b/>
              </w:rPr>
              <w:t>Bemerkung</w:t>
            </w:r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Einbauküche / Herd / Spüle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t>☐ ok  ☐ Mängel</w:t>
            </w:r>
          </w:p>
        </w:tc>
        <w:tc>
          <w:tcPr>
            <w:tcW w:type="dxa" w:w="4819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Rauchwarnmelder (Anzahl)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t>☐ ok  ☐ Mängel</w:t>
            </w:r>
          </w:p>
        </w:tc>
        <w:tc>
          <w:tcPr>
            <w:tcW w:type="dxa" w:w="4819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Rollläden / Jalousien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t>☐ ok  ☐ Mängel</w:t>
            </w:r>
          </w:p>
        </w:tc>
        <w:tc>
          <w:tcPr>
            <w:tcW w:type="dxa" w:w="4819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/>
          </w:p>
        </w:tc>
        <w:tc>
          <w:tcPr>
            <w:tcW w:type="dxa" w:w="1984"/>
          </w:tcPr>
          <w:p>
            <w:pPr>
              <w:spacing w:after="0"/>
            </w:pPr>
            <w:r>
              <w:t>☐ ok  ☐ Mängel</w:t>
            </w:r>
          </w:p>
        </w:tc>
        <w:tc>
          <w:tcPr>
            <w:tcW w:type="dxa" w:w="4819"/>
          </w:tcPr>
          <w:p>
            <w:pPr>
              <w:spacing w:after="0"/>
            </w:pPr>
            <w:r/>
          </w:p>
        </w:tc>
      </w:tr>
    </w:tbl>
    <w:p>
      <w:pPr>
        <w:pStyle w:val="Heading2"/>
      </w:pPr>
      <w:r>
        <w:t>7. Vereinbarungen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4"/>
      </w:tblGrid>
      <w:tr>
        <w:trPr>
          <w:trHeight w:val="1361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Was noch zu erledigen ist, von wem, bis wann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Zurückgelassene Gegenstände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Anzahl Fotos / Anlagen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</w:tbl>
    <w:p>
      <w:pPr>
        <w:pStyle w:val="Heading2"/>
      </w:pPr>
      <w:r>
        <w:t>8. Unterschriften</w:t>
      </w:r>
    </w:p>
    <w:p>
      <w:pPr>
        <w:spacing w:before="0" w:after="40"/>
      </w:pPr>
      <w:r>
        <w:rPr>
          <w:b w:val="0"/>
        </w:rPr>
        <w:t>Die Beteiligten bestätigen, dass dieses Protokoll den Zustand der Wohnung am oben genannten Tag wiedergibt. Vermieter und Mieter erhalten je ein Exemplar.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1020" w:hRule="atLeast"/>
          <w:cantSplit/>
        </w:trPr>
        <w:tc>
          <w:tcPr>
            <w:tcW w:type="dxa" w:w="3402"/>
          </w:tcPr>
          <w:p>
            <w:pPr>
              <w:spacing w:after="0"/>
            </w:pPr>
            <w:r/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  <w:tc>
          <w:tcPr>
            <w:tcW w:type="dxa" w:w="3402"/>
          </w:tcPr>
          <w:p>
            <w:pPr>
              <w:spacing w:after="0"/>
            </w:pPr>
            <w:r/>
          </w:p>
        </w:tc>
      </w:tr>
      <w:tr>
        <w:trPr>
          <w:trHeight w:val="397" w:hRule="atLeast"/>
          <w:cantSplit/>
        </w:trPr>
        <w:tc>
          <w:tcPr>
            <w:tcW w:type="dxa" w:w="3402"/>
          </w:tcPr>
          <w:p>
            <w:pPr>
              <w:spacing w:after="0"/>
            </w:pPr>
            <w:r>
              <w:t>Ort, Datum, Vermieter/in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t>Ort, Datum, Mieter/in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t>Ort, Datum, Zeuge/Zeugin</w:t>
            </w:r>
          </w:p>
        </w:tc>
      </w:tr>
    </w:tbl>
    <w:p>
      <w:pPr>
        <w:spacing w:before="80" w:after="40"/>
      </w:pPr>
      <w:r>
        <w:rPr>
          <w:b w:val="0"/>
          <w:color w:val="555555"/>
          <w:sz w:val="15"/>
        </w:rPr>
        <w:t>Allgemeine Vorlage ohne Gewähr, ersetzt keine Rechtsberatung.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0"/>
      <w:outlineLvl w:val="0"/>
    </w:pPr>
    <w:rPr>
      <w:rFonts w:ascii="Arial" w:hAnsi="Arial" w:eastAsia="Arial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="Arial" w:hAnsi="Arial" w:eastAsia="Arial"/>
      <w:b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Wohnungsübergabeprotokoll (leere Vorlage)</dc:title>
  <dc:subject/>
  <dc:creator>MörsbergerIT</dc:creator>
  <cp:keywords/>
  <dc:description>moersbergerit.de/wohnungsuebergabeprotokoll-vorlage/, Stand 30.09.2026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